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ANKIETA: SYTUACJA ZAWODOWA RESPONDENTÓW</w:t>
      </w:r>
    </w:p>
    <w:p>
      <w:r>
        <w:rPr>
          <w:b/>
        </w:rPr>
        <w:t xml:space="preserve">Instrukcja: </w:t>
      </w:r>
      <w:r>
        <w:t>Proszę zaznaczyć właściwą odpowiedź lub wpisać odpowiedź w przeznaczonym do tego miejscu. Ankieta jest anonimowa.</w:t>
      </w:r>
    </w:p>
    <w:p>
      <w:pPr>
        <w:pStyle w:val="Heading2"/>
      </w:pPr>
      <w:r>
        <w:t>A. Informacje dotyczące sytuacji zawodowej</w:t>
      </w:r>
    </w:p>
    <w:p>
      <w:r>
        <w:t>1. Jaki jest Pana/Pani obecny status zawodowy?</w:t>
      </w:r>
    </w:p>
    <w:p>
      <w:r>
        <w:t>☐ pracuję na umowę o pracę</w:t>
      </w:r>
    </w:p>
    <w:p>
      <w:r>
        <w:t>☐ pracuję na umowę cywilnoprawną</w:t>
      </w:r>
    </w:p>
    <w:p>
      <w:r>
        <w:t>☐ prowadzę działalność gospodarczą</w:t>
      </w:r>
    </w:p>
    <w:p>
      <w:r>
        <w:t>☐ jestem osobą bezrobotną</w:t>
      </w:r>
    </w:p>
    <w:p>
      <w:r>
        <w:t>☐ jestem emerytem/emerytką</w:t>
      </w:r>
    </w:p>
    <w:p>
      <w:r>
        <w:t>☐ jestem rencistą/rencistką</w:t>
      </w:r>
    </w:p>
    <w:p>
      <w:r>
        <w:t>☐ uczę się lub studiuję</w:t>
      </w:r>
    </w:p>
    <w:p>
      <w:r>
        <w:t>☐ nie pracuję z innych powodów</w:t>
      </w:r>
    </w:p>
    <w:p>
      <w:r>
        <w:t>2. Ile godzin tygodniowo przeciętnie Pan/Pani pracuje?</w:t>
      </w:r>
    </w:p>
    <w:p>
      <w:r>
        <w:t>........................................................................................................</w:t>
      </w:r>
    </w:p>
    <w:p>
      <w:r>
        <w:t>3. Jak długo pracuje Pan/Pani w obecnym miejscu pracy?</w:t>
      </w:r>
    </w:p>
    <w:p>
      <w:r>
        <w:t>☐ krócej niż 6 miesięcy</w:t>
      </w:r>
    </w:p>
    <w:p>
      <w:r>
        <w:t>☐ 6–12 miesięcy</w:t>
      </w:r>
    </w:p>
    <w:p>
      <w:r>
        <w:t>☐ 1–3 lata</w:t>
      </w:r>
    </w:p>
    <w:p>
      <w:r>
        <w:t>☐ 4–10 lat</w:t>
      </w:r>
    </w:p>
    <w:p>
      <w:r>
        <w:t>☐ ponad 10 lat</w:t>
      </w:r>
    </w:p>
    <w:p>
      <w:r>
        <w:t>4. Jakie są najważniejsze zalety Pana/Pani obecnej pracy?</w:t>
      </w:r>
    </w:p>
    <w:p>
      <w:r>
        <w:t>........................................................................................................</w:t>
      </w:r>
    </w:p>
    <w:p>
      <w:r>
        <w:t>........................................................................................................</w:t>
      </w:r>
    </w:p>
    <w:p>
      <w:pPr>
        <w:pStyle w:val="Heading2"/>
      </w:pPr>
      <w:r>
        <w:t>B. Ocena sytuacji zawodowej</w:t>
      </w:r>
    </w:p>
    <w:p>
      <w:r>
        <w:t>5. Proszę ocenić poniższe stwierdzenia.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vAlign w:val="center"/>
          </w:tcPr>
          <w:p>
            <w:r>
              <w:rPr>
                <w:b/>
              </w:rPr>
              <w:t>Stwierdzenie</w:t>
            </w:r>
          </w:p>
        </w:tc>
        <w:tc>
          <w:tcPr>
            <w:tcW w:type="dxa" w:w="1440"/>
            <w:vAlign w:val="center"/>
          </w:tcPr>
          <w:p>
            <w:r>
              <w:rPr>
                <w:b/>
              </w:rPr>
              <w:t>Zdecydowanie</w:t>
              <w:br/>
              <w:t>się nie zgadzam</w:t>
            </w:r>
          </w:p>
        </w:tc>
        <w:tc>
          <w:tcPr>
            <w:tcW w:type="dxa" w:w="1440"/>
            <w:vAlign w:val="center"/>
          </w:tcPr>
          <w:p>
            <w:r>
              <w:rPr>
                <w:b/>
              </w:rPr>
              <w:t>Raczej się</w:t>
              <w:br/>
              <w:t>nie zgadzam</w:t>
            </w:r>
          </w:p>
        </w:tc>
        <w:tc>
          <w:tcPr>
            <w:tcW w:type="dxa" w:w="1440"/>
            <w:vAlign w:val="center"/>
          </w:tcPr>
          <w:p>
            <w:r>
              <w:rPr>
                <w:b/>
              </w:rPr>
              <w:t>Ani się zgadzam,</w:t>
              <w:br/>
              <w:t>ani nie zgadzam</w:t>
            </w:r>
          </w:p>
        </w:tc>
        <w:tc>
          <w:tcPr>
            <w:tcW w:type="dxa" w:w="1440"/>
            <w:vAlign w:val="center"/>
          </w:tcPr>
          <w:p>
            <w:r>
              <w:rPr>
                <w:b/>
              </w:rPr>
              <w:t>Raczej się</w:t>
              <w:br/>
              <w:t>zgadzam</w:t>
            </w:r>
          </w:p>
        </w:tc>
        <w:tc>
          <w:tcPr>
            <w:tcW w:type="dxa" w:w="1440"/>
            <w:vAlign w:val="center"/>
          </w:tcPr>
          <w:p>
            <w:r>
              <w:rPr>
                <w:b/>
              </w:rPr>
              <w:t>Zdecydowanie</w:t>
              <w:br/>
              <w:t>się zgadzam</w:t>
            </w:r>
          </w:p>
        </w:tc>
      </w:tr>
      <w:tr>
        <w:tc>
          <w:tcPr>
            <w:tcW w:type="dxa" w:w="1440"/>
          </w:tcPr>
          <w:p>
            <w:r>
              <w:t>Jestem zadowolony/a ze swojej pracy.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</w:tr>
      <w:tr>
        <w:tc>
          <w:tcPr>
            <w:tcW w:type="dxa" w:w="1440"/>
          </w:tcPr>
          <w:p>
            <w:r>
              <w:t>Moje wynagrodzenie jest adekwatne do wykonywanej pracy.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</w:tr>
      <w:tr>
        <w:tc>
          <w:tcPr>
            <w:tcW w:type="dxa" w:w="1440"/>
          </w:tcPr>
          <w:p>
            <w:r>
              <w:t>Mam możliwość rozwoju zawodowego.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</w:tr>
      <w:tr>
        <w:tc>
          <w:tcPr>
            <w:tcW w:type="dxa" w:w="1440"/>
          </w:tcPr>
          <w:p>
            <w:r>
              <w:t>Czuję się bezpiecznie w swoim miejscu pracy.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</w:tr>
      <w:tr>
        <w:tc>
          <w:tcPr>
            <w:tcW w:type="dxa" w:w="1440"/>
          </w:tcPr>
          <w:p>
            <w:r>
              <w:t>Mam dobre relacje ze współpracownikami.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440"/>
          </w:tcPr>
          <w:p>
            <w:pPr>
              <w:jc w:val="center"/>
            </w:pPr>
            <w:r>
              <w:t>☐</w:t>
            </w:r>
          </w:p>
        </w:tc>
      </w:tr>
    </w:tbl>
    <w:p>
      <w:r>
        <w:t>6. Jak ocenia Pan/Pani swoją ogólną sytuację zawodową?</w:t>
      </w:r>
    </w:p>
    <w:p>
      <w:r>
        <w:t>☐ bardzo źle</w:t>
      </w:r>
    </w:p>
    <w:p>
      <w:r>
        <w:t>☐ źle</w:t>
      </w:r>
    </w:p>
    <w:p>
      <w:r>
        <w:t>☐ ani dobrze, ani źle</w:t>
      </w:r>
    </w:p>
    <w:p>
      <w:r>
        <w:t>☐ dobrze</w:t>
      </w:r>
    </w:p>
    <w:p>
      <w:r>
        <w:t>☐ bardzo dobrze</w:t>
      </w:r>
    </w:p>
    <w:p>
      <w:pPr>
        <w:pStyle w:val="Heading2"/>
      </w:pPr>
      <w:r>
        <w:t>C. Plany zawodowe</w:t>
      </w:r>
    </w:p>
    <w:p>
      <w:r>
        <w:t>7. Czy zamierza Pan/Pani zmienić pracę w ciągu najbliższych 12 miesięcy?</w:t>
      </w:r>
    </w:p>
    <w:p>
      <w:r>
        <w:t>☐ zdecydowanie tak</w:t>
      </w:r>
    </w:p>
    <w:p>
      <w:r>
        <w:t>☐ raczej tak</w:t>
      </w:r>
    </w:p>
    <w:p>
      <w:r>
        <w:t>☐ trudno powiedzieć</w:t>
      </w:r>
    </w:p>
    <w:p>
      <w:r>
        <w:t>☐ raczej nie</w:t>
      </w:r>
    </w:p>
    <w:p>
      <w:r>
        <w:t>☐ zdecydowanie nie</w:t>
      </w:r>
    </w:p>
    <w:p>
      <w:r>
        <w:t>8. Co jest głównym powodem, dla którego rozważa Pan/Pani zmianę pracy?</w:t>
      </w:r>
    </w:p>
    <w:p>
      <w:r>
        <w:t>........................................................................................................</w:t>
      </w:r>
    </w:p>
    <w:p>
      <w:r>
        <w:t>........................................................................................................</w:t>
      </w:r>
    </w:p>
    <w:p>
      <w:r>
        <w:t>9. Czy uważa Pan/Pani, że obecnie zarabia wystarczająco dużo i ma odpowiednie możliwości awansu?</w:t>
      </w:r>
    </w:p>
    <w:p>
      <w:r>
        <w:t>☐ tak</w:t>
      </w:r>
    </w:p>
    <w:p>
      <w:r>
        <w:t>☐ nie</w:t>
      </w:r>
    </w:p>
    <w:p>
      <w:r>
        <w:t>☐ trudno powiedzieć</w:t>
      </w:r>
    </w:p>
    <w:p>
      <w:r>
        <w:t>10. Jakie zmiany w Pana/Pani sytuacji zawodowej najbardziej poprawiłyby jakość życia?</w:t>
      </w:r>
    </w:p>
    <w:p>
      <w:r>
        <w:t>........................................................................................................</w:t>
      </w:r>
    </w:p>
    <w:p>
      <w:r>
        <w:t>........................................................................................................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